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48434" w14:textId="0AFABE3C" w:rsidR="00457A8B" w:rsidRDefault="001D1A32">
      <w:pPr>
        <w:jc w:val="center"/>
      </w:pPr>
      <w:r>
        <w:rPr>
          <w:b/>
          <w:sz w:val="26"/>
        </w:rPr>
        <w:t>MODELLO A - ISTANZA DI ADESIONE</w:t>
      </w:r>
    </w:p>
    <w:p w14:paraId="08608CBF" w14:textId="77777777" w:rsidR="00457A8B" w:rsidRDefault="001D1A32">
      <w:pPr>
        <w:jc w:val="center"/>
      </w:pPr>
      <w:r>
        <w:rPr>
          <w:b/>
          <w:sz w:val="22"/>
        </w:rPr>
        <w:t>Definizione agevolata - posizioni gestite direttamente dal Comune</w:t>
      </w:r>
    </w:p>
    <w:p w14:paraId="7B04244B" w14:textId="77777777" w:rsidR="00457A8B" w:rsidRDefault="001D1A32">
      <w:r>
        <w:rPr>
          <w:b/>
        </w:rPr>
        <w:t xml:space="preserve">OGGETTO: </w:t>
      </w:r>
      <w:r>
        <w:t>Istanza di adesione alla definizione agevolata delle entrate comunali del Comune di Ramacca, ai sensi dell'art. 1, commi 102-110, della Legge 30 dicembre 2025, n. 199 e del Regolamento comunale approvato con deliberazione C.C. n. 27 del 28/07/2026, relativamente a carichi/partite gestiti direttamente dall'Ente, non affidati ai concessionari ovvero restituiti/discaricati.</w:t>
      </w:r>
    </w:p>
    <w:p w14:paraId="68F15831" w14:textId="77777777" w:rsidR="00457A8B" w:rsidRDefault="001D1A32">
      <w:pPr>
        <w:spacing w:after="40"/>
      </w:pPr>
      <w:r>
        <w:rPr>
          <w:b/>
        </w:rPr>
        <w:t>Il/La sottoscritto/a</w:t>
      </w:r>
      <w:r>
        <w:t xml:space="preserve"> ____________________________________________________________</w:t>
      </w:r>
    </w:p>
    <w:p w14:paraId="0DD12EE3" w14:textId="731BB553" w:rsidR="00457A8B" w:rsidRDefault="001D1A32">
      <w:pPr>
        <w:spacing w:after="40"/>
      </w:pPr>
      <w:proofErr w:type="spellStart"/>
      <w:r>
        <w:rPr>
          <w:b/>
        </w:rPr>
        <w:t>nato</w:t>
      </w:r>
      <w:proofErr w:type="spellEnd"/>
      <w:r>
        <w:rPr>
          <w:b/>
        </w:rPr>
        <w:t>/a a</w:t>
      </w:r>
      <w:r>
        <w:t xml:space="preserve"> ___________________</w:t>
      </w:r>
      <w:r>
        <w:t>_______________________________ il ______________________</w:t>
      </w:r>
    </w:p>
    <w:p w14:paraId="2D008133" w14:textId="77777777" w:rsidR="00457A8B" w:rsidRDefault="001D1A32">
      <w:pPr>
        <w:spacing w:after="40"/>
      </w:pPr>
      <w:r>
        <w:rPr>
          <w:b/>
        </w:rPr>
        <w:t>Codice fiscale</w:t>
      </w:r>
      <w:r>
        <w:t xml:space="preserve"> ____________________________________________________________</w:t>
      </w:r>
    </w:p>
    <w:p w14:paraId="6CD519FF" w14:textId="232EB897" w:rsidR="00457A8B" w:rsidRDefault="001D1A32">
      <w:pPr>
        <w:spacing w:after="40"/>
      </w:pPr>
      <w:proofErr w:type="spellStart"/>
      <w:r>
        <w:rPr>
          <w:b/>
        </w:rPr>
        <w:t>residente</w:t>
      </w:r>
      <w:proofErr w:type="spellEnd"/>
      <w:r>
        <w:rPr>
          <w:b/>
        </w:rPr>
        <w:t xml:space="preserve"> in</w:t>
      </w:r>
      <w:r>
        <w:t xml:space="preserve"> ____________</w:t>
      </w:r>
      <w:r>
        <w:t>_____________________</w:t>
      </w:r>
      <w:r w:rsidR="002F2AF7">
        <w:t xml:space="preserve"> </w:t>
      </w:r>
      <w:r>
        <w:rPr>
          <w:b/>
        </w:rPr>
        <w:t>Via/Piazza</w:t>
      </w:r>
      <w:r>
        <w:t xml:space="preserve"> </w:t>
      </w:r>
      <w:r>
        <w:t>_______________________ n. ________</w:t>
      </w:r>
    </w:p>
    <w:p w14:paraId="00023D5D" w14:textId="17D12CDB" w:rsidR="00457A8B" w:rsidRDefault="001D1A32">
      <w:pPr>
        <w:spacing w:after="40"/>
      </w:pPr>
      <w:proofErr w:type="spellStart"/>
      <w:r>
        <w:rPr>
          <w:b/>
        </w:rPr>
        <w:t>Telefono</w:t>
      </w:r>
      <w:proofErr w:type="spellEnd"/>
      <w:r>
        <w:t xml:space="preserve"> __________________</w:t>
      </w:r>
      <w:r>
        <w:rPr>
          <w:b/>
        </w:rPr>
        <w:t>E-</w:t>
      </w:r>
      <w:r>
        <w:rPr>
          <w:b/>
        </w:rPr>
        <w:t>mail/PE</w:t>
      </w:r>
      <w:r w:rsidR="002F2AF7">
        <w:rPr>
          <w:b/>
        </w:rPr>
        <w:t>C</w:t>
      </w:r>
      <w:r>
        <w:t>__________________________________________</w:t>
      </w:r>
    </w:p>
    <w:p w14:paraId="70F8C3F1" w14:textId="77777777" w:rsidR="00457A8B" w:rsidRDefault="001D1A32">
      <w:proofErr w:type="gramStart"/>
      <w:r>
        <w:t>[ ]</w:t>
      </w:r>
      <w:proofErr w:type="gramEnd"/>
      <w:r>
        <w:t xml:space="preserve"> in proprio (persona fisica)</w:t>
      </w:r>
      <w:r>
        <w:br/>
      </w:r>
      <w:proofErr w:type="gramStart"/>
      <w:r>
        <w:t>[ ]</w:t>
      </w:r>
      <w:proofErr w:type="gramEnd"/>
      <w:r>
        <w:t xml:space="preserve"> in qualità di titolare/legale rappresentante di ____________________________________________</w:t>
      </w:r>
      <w:r>
        <w:br/>
        <w:t>C.F./P.IVA ___________________________________ con sede in ____________________________</w:t>
      </w:r>
    </w:p>
    <w:p w14:paraId="1281E65F" w14:textId="77777777" w:rsidR="00457A8B" w:rsidRDefault="001D1A32">
      <w:pPr>
        <w:jc w:val="center"/>
      </w:pPr>
      <w:r>
        <w:rPr>
          <w:b/>
          <w:sz w:val="24"/>
        </w:rPr>
        <w:t>CHIEDE</w:t>
      </w:r>
    </w:p>
    <w:p w14:paraId="1C6F887B" w14:textId="77777777" w:rsidR="00457A8B" w:rsidRDefault="001D1A32">
      <w:r>
        <w:t>di essere ammesso/a alla definizione agevolata per le posizioni debitorie sotto indicate, in quanto non affidate a concessionario della riscossione, ovvero restituite, discaricate o comunque rientrate nella gestione diretta del Comune.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474"/>
        <w:gridCol w:w="1361"/>
        <w:gridCol w:w="1191"/>
        <w:gridCol w:w="1247"/>
        <w:gridCol w:w="1247"/>
        <w:gridCol w:w="1134"/>
      </w:tblGrid>
      <w:tr w:rsidR="00457A8B" w14:paraId="53AEAF51" w14:textId="77777777">
        <w:trPr>
          <w:jc w:val="center"/>
        </w:trPr>
        <w:tc>
          <w:tcPr>
            <w:tcW w:w="567" w:type="dxa"/>
            <w:shd w:val="clear" w:color="auto" w:fill="EDEDED"/>
            <w:vAlign w:val="center"/>
          </w:tcPr>
          <w:p w14:paraId="7DD39279" w14:textId="77777777" w:rsidR="00457A8B" w:rsidRDefault="001D1A32">
            <w:pPr>
              <w:jc w:val="center"/>
            </w:pPr>
            <w:r>
              <w:rPr>
                <w:b/>
                <w:sz w:val="17"/>
              </w:rPr>
              <w:t>N.</w:t>
            </w:r>
          </w:p>
        </w:tc>
        <w:tc>
          <w:tcPr>
            <w:tcW w:w="1474" w:type="dxa"/>
            <w:shd w:val="clear" w:color="auto" w:fill="EDEDED"/>
            <w:vAlign w:val="center"/>
          </w:tcPr>
          <w:p w14:paraId="38A72A36" w14:textId="77777777" w:rsidR="00457A8B" w:rsidRDefault="001D1A32">
            <w:pPr>
              <w:jc w:val="center"/>
            </w:pPr>
            <w:r>
              <w:rPr>
                <w:b/>
                <w:sz w:val="17"/>
              </w:rPr>
              <w:t>Tributo/entrata</w:t>
            </w:r>
          </w:p>
        </w:tc>
        <w:tc>
          <w:tcPr>
            <w:tcW w:w="1361" w:type="dxa"/>
            <w:shd w:val="clear" w:color="auto" w:fill="EDEDED"/>
            <w:vAlign w:val="center"/>
          </w:tcPr>
          <w:p w14:paraId="000B3602" w14:textId="77777777" w:rsidR="00457A8B" w:rsidRDefault="001D1A32">
            <w:pPr>
              <w:jc w:val="center"/>
            </w:pPr>
            <w:r>
              <w:rPr>
                <w:b/>
                <w:sz w:val="17"/>
              </w:rPr>
              <w:t>Atto/numero</w:t>
            </w:r>
          </w:p>
        </w:tc>
        <w:tc>
          <w:tcPr>
            <w:tcW w:w="1191" w:type="dxa"/>
            <w:shd w:val="clear" w:color="auto" w:fill="EDEDED"/>
            <w:vAlign w:val="center"/>
          </w:tcPr>
          <w:p w14:paraId="49239CC7" w14:textId="77777777" w:rsidR="00457A8B" w:rsidRDefault="001D1A32">
            <w:pPr>
              <w:jc w:val="center"/>
            </w:pPr>
            <w:r>
              <w:rPr>
                <w:b/>
                <w:sz w:val="17"/>
              </w:rPr>
              <w:t>Annualità</w:t>
            </w:r>
          </w:p>
        </w:tc>
        <w:tc>
          <w:tcPr>
            <w:tcW w:w="1247" w:type="dxa"/>
            <w:shd w:val="clear" w:color="auto" w:fill="EDEDED"/>
            <w:vAlign w:val="center"/>
          </w:tcPr>
          <w:p w14:paraId="76426505" w14:textId="77777777" w:rsidR="00457A8B" w:rsidRDefault="001D1A32">
            <w:pPr>
              <w:jc w:val="center"/>
            </w:pPr>
            <w:r>
              <w:rPr>
                <w:b/>
                <w:sz w:val="17"/>
              </w:rPr>
              <w:t>Importo originario</w:t>
            </w:r>
          </w:p>
        </w:tc>
        <w:tc>
          <w:tcPr>
            <w:tcW w:w="1247" w:type="dxa"/>
            <w:shd w:val="clear" w:color="auto" w:fill="EDEDED"/>
            <w:vAlign w:val="center"/>
          </w:tcPr>
          <w:p w14:paraId="6C2A596A" w14:textId="77777777" w:rsidR="00457A8B" w:rsidRDefault="001D1A32">
            <w:pPr>
              <w:jc w:val="center"/>
            </w:pPr>
            <w:r>
              <w:rPr>
                <w:b/>
                <w:sz w:val="17"/>
              </w:rPr>
              <w:t>Stato del carico</w:t>
            </w:r>
          </w:p>
        </w:tc>
        <w:tc>
          <w:tcPr>
            <w:tcW w:w="1134" w:type="dxa"/>
            <w:shd w:val="clear" w:color="auto" w:fill="EDEDED"/>
            <w:vAlign w:val="center"/>
          </w:tcPr>
          <w:p w14:paraId="2FB5273A" w14:textId="77777777" w:rsidR="00457A8B" w:rsidRDefault="001D1A32">
            <w:pPr>
              <w:jc w:val="center"/>
            </w:pPr>
            <w:r>
              <w:rPr>
                <w:b/>
                <w:sz w:val="17"/>
              </w:rPr>
              <w:t>Note</w:t>
            </w:r>
          </w:p>
        </w:tc>
      </w:tr>
      <w:tr w:rsidR="00457A8B" w14:paraId="4429526B" w14:textId="77777777">
        <w:trPr>
          <w:jc w:val="center"/>
        </w:trPr>
        <w:tc>
          <w:tcPr>
            <w:tcW w:w="567" w:type="dxa"/>
            <w:vAlign w:val="center"/>
          </w:tcPr>
          <w:p w14:paraId="6F8888B2" w14:textId="77777777" w:rsidR="00457A8B" w:rsidRDefault="001D1A3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474" w:type="dxa"/>
            <w:vAlign w:val="center"/>
          </w:tcPr>
          <w:p w14:paraId="63F0FF6F" w14:textId="77777777" w:rsidR="00457A8B" w:rsidRDefault="00457A8B"/>
        </w:tc>
        <w:tc>
          <w:tcPr>
            <w:tcW w:w="1361" w:type="dxa"/>
            <w:vAlign w:val="center"/>
          </w:tcPr>
          <w:p w14:paraId="2F843F62" w14:textId="77777777" w:rsidR="00457A8B" w:rsidRDefault="00457A8B"/>
        </w:tc>
        <w:tc>
          <w:tcPr>
            <w:tcW w:w="1191" w:type="dxa"/>
            <w:vAlign w:val="center"/>
          </w:tcPr>
          <w:p w14:paraId="7F806851" w14:textId="77777777" w:rsidR="00457A8B" w:rsidRDefault="00457A8B"/>
        </w:tc>
        <w:tc>
          <w:tcPr>
            <w:tcW w:w="1247" w:type="dxa"/>
            <w:vAlign w:val="center"/>
          </w:tcPr>
          <w:p w14:paraId="7C2EE3D5" w14:textId="77777777" w:rsidR="00457A8B" w:rsidRDefault="00457A8B"/>
        </w:tc>
        <w:tc>
          <w:tcPr>
            <w:tcW w:w="1247" w:type="dxa"/>
            <w:vAlign w:val="center"/>
          </w:tcPr>
          <w:p w14:paraId="2DE75EB0" w14:textId="77777777" w:rsidR="00457A8B" w:rsidRDefault="00457A8B"/>
        </w:tc>
        <w:tc>
          <w:tcPr>
            <w:tcW w:w="1134" w:type="dxa"/>
            <w:vAlign w:val="center"/>
          </w:tcPr>
          <w:p w14:paraId="2028469A" w14:textId="77777777" w:rsidR="00457A8B" w:rsidRDefault="00457A8B"/>
        </w:tc>
      </w:tr>
      <w:tr w:rsidR="00457A8B" w14:paraId="0E984F45" w14:textId="77777777">
        <w:trPr>
          <w:jc w:val="center"/>
        </w:trPr>
        <w:tc>
          <w:tcPr>
            <w:tcW w:w="567" w:type="dxa"/>
            <w:vAlign w:val="center"/>
          </w:tcPr>
          <w:p w14:paraId="004BAFDC" w14:textId="77777777" w:rsidR="00457A8B" w:rsidRDefault="001D1A32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474" w:type="dxa"/>
            <w:vAlign w:val="center"/>
          </w:tcPr>
          <w:p w14:paraId="72A64E5B" w14:textId="77777777" w:rsidR="00457A8B" w:rsidRDefault="00457A8B"/>
        </w:tc>
        <w:tc>
          <w:tcPr>
            <w:tcW w:w="1361" w:type="dxa"/>
            <w:vAlign w:val="center"/>
          </w:tcPr>
          <w:p w14:paraId="7118E52E" w14:textId="77777777" w:rsidR="00457A8B" w:rsidRDefault="00457A8B"/>
        </w:tc>
        <w:tc>
          <w:tcPr>
            <w:tcW w:w="1191" w:type="dxa"/>
            <w:vAlign w:val="center"/>
          </w:tcPr>
          <w:p w14:paraId="631D0221" w14:textId="77777777" w:rsidR="00457A8B" w:rsidRDefault="00457A8B"/>
        </w:tc>
        <w:tc>
          <w:tcPr>
            <w:tcW w:w="1247" w:type="dxa"/>
            <w:vAlign w:val="center"/>
          </w:tcPr>
          <w:p w14:paraId="6AE7A5E5" w14:textId="77777777" w:rsidR="00457A8B" w:rsidRDefault="00457A8B"/>
        </w:tc>
        <w:tc>
          <w:tcPr>
            <w:tcW w:w="1247" w:type="dxa"/>
            <w:vAlign w:val="center"/>
          </w:tcPr>
          <w:p w14:paraId="53D43056" w14:textId="77777777" w:rsidR="00457A8B" w:rsidRDefault="00457A8B"/>
        </w:tc>
        <w:tc>
          <w:tcPr>
            <w:tcW w:w="1134" w:type="dxa"/>
            <w:vAlign w:val="center"/>
          </w:tcPr>
          <w:p w14:paraId="0E4F2DAF" w14:textId="77777777" w:rsidR="00457A8B" w:rsidRDefault="00457A8B"/>
        </w:tc>
      </w:tr>
      <w:tr w:rsidR="00457A8B" w14:paraId="27579DA0" w14:textId="77777777">
        <w:trPr>
          <w:jc w:val="center"/>
        </w:trPr>
        <w:tc>
          <w:tcPr>
            <w:tcW w:w="567" w:type="dxa"/>
            <w:vAlign w:val="center"/>
          </w:tcPr>
          <w:p w14:paraId="0425C27E" w14:textId="77777777" w:rsidR="00457A8B" w:rsidRDefault="001D1A32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474" w:type="dxa"/>
            <w:vAlign w:val="center"/>
          </w:tcPr>
          <w:p w14:paraId="37A306A2" w14:textId="77777777" w:rsidR="00457A8B" w:rsidRDefault="00457A8B"/>
        </w:tc>
        <w:tc>
          <w:tcPr>
            <w:tcW w:w="1361" w:type="dxa"/>
            <w:vAlign w:val="center"/>
          </w:tcPr>
          <w:p w14:paraId="04424ACC" w14:textId="77777777" w:rsidR="00457A8B" w:rsidRDefault="00457A8B"/>
        </w:tc>
        <w:tc>
          <w:tcPr>
            <w:tcW w:w="1191" w:type="dxa"/>
            <w:vAlign w:val="center"/>
          </w:tcPr>
          <w:p w14:paraId="7E3C34B2" w14:textId="77777777" w:rsidR="00457A8B" w:rsidRDefault="00457A8B"/>
        </w:tc>
        <w:tc>
          <w:tcPr>
            <w:tcW w:w="1247" w:type="dxa"/>
            <w:vAlign w:val="center"/>
          </w:tcPr>
          <w:p w14:paraId="66BE8088" w14:textId="77777777" w:rsidR="00457A8B" w:rsidRDefault="00457A8B"/>
        </w:tc>
        <w:tc>
          <w:tcPr>
            <w:tcW w:w="1247" w:type="dxa"/>
            <w:vAlign w:val="center"/>
          </w:tcPr>
          <w:p w14:paraId="3555C297" w14:textId="77777777" w:rsidR="00457A8B" w:rsidRDefault="00457A8B"/>
        </w:tc>
        <w:tc>
          <w:tcPr>
            <w:tcW w:w="1134" w:type="dxa"/>
            <w:vAlign w:val="center"/>
          </w:tcPr>
          <w:p w14:paraId="3616E4E3" w14:textId="77777777" w:rsidR="00457A8B" w:rsidRDefault="00457A8B"/>
        </w:tc>
      </w:tr>
      <w:tr w:rsidR="00457A8B" w14:paraId="5599F747" w14:textId="77777777">
        <w:trPr>
          <w:jc w:val="center"/>
        </w:trPr>
        <w:tc>
          <w:tcPr>
            <w:tcW w:w="567" w:type="dxa"/>
            <w:vAlign w:val="center"/>
          </w:tcPr>
          <w:p w14:paraId="6746CFB3" w14:textId="77777777" w:rsidR="00457A8B" w:rsidRDefault="001D1A32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474" w:type="dxa"/>
            <w:vAlign w:val="center"/>
          </w:tcPr>
          <w:p w14:paraId="229AF84C" w14:textId="77777777" w:rsidR="00457A8B" w:rsidRDefault="00457A8B"/>
        </w:tc>
        <w:tc>
          <w:tcPr>
            <w:tcW w:w="1361" w:type="dxa"/>
            <w:vAlign w:val="center"/>
          </w:tcPr>
          <w:p w14:paraId="2E342F29" w14:textId="77777777" w:rsidR="00457A8B" w:rsidRDefault="00457A8B"/>
        </w:tc>
        <w:tc>
          <w:tcPr>
            <w:tcW w:w="1191" w:type="dxa"/>
            <w:vAlign w:val="center"/>
          </w:tcPr>
          <w:p w14:paraId="23021089" w14:textId="77777777" w:rsidR="00457A8B" w:rsidRDefault="00457A8B"/>
        </w:tc>
        <w:tc>
          <w:tcPr>
            <w:tcW w:w="1247" w:type="dxa"/>
            <w:vAlign w:val="center"/>
          </w:tcPr>
          <w:p w14:paraId="21412D0A" w14:textId="77777777" w:rsidR="00457A8B" w:rsidRDefault="00457A8B"/>
        </w:tc>
        <w:tc>
          <w:tcPr>
            <w:tcW w:w="1247" w:type="dxa"/>
            <w:vAlign w:val="center"/>
          </w:tcPr>
          <w:p w14:paraId="5C69A73B" w14:textId="77777777" w:rsidR="00457A8B" w:rsidRDefault="00457A8B"/>
        </w:tc>
        <w:tc>
          <w:tcPr>
            <w:tcW w:w="1134" w:type="dxa"/>
            <w:vAlign w:val="center"/>
          </w:tcPr>
          <w:p w14:paraId="5C417107" w14:textId="77777777" w:rsidR="00457A8B" w:rsidRDefault="00457A8B"/>
        </w:tc>
      </w:tr>
      <w:tr w:rsidR="00457A8B" w14:paraId="1728328C" w14:textId="77777777">
        <w:trPr>
          <w:jc w:val="center"/>
        </w:trPr>
        <w:tc>
          <w:tcPr>
            <w:tcW w:w="567" w:type="dxa"/>
            <w:vAlign w:val="center"/>
          </w:tcPr>
          <w:p w14:paraId="0EB0418D" w14:textId="77777777" w:rsidR="00457A8B" w:rsidRDefault="001D1A32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474" w:type="dxa"/>
            <w:vAlign w:val="center"/>
          </w:tcPr>
          <w:p w14:paraId="1ACF8123" w14:textId="77777777" w:rsidR="00457A8B" w:rsidRDefault="00457A8B"/>
        </w:tc>
        <w:tc>
          <w:tcPr>
            <w:tcW w:w="1361" w:type="dxa"/>
            <w:vAlign w:val="center"/>
          </w:tcPr>
          <w:p w14:paraId="2599D70F" w14:textId="77777777" w:rsidR="00457A8B" w:rsidRDefault="00457A8B"/>
        </w:tc>
        <w:tc>
          <w:tcPr>
            <w:tcW w:w="1191" w:type="dxa"/>
            <w:vAlign w:val="center"/>
          </w:tcPr>
          <w:p w14:paraId="19DC2EE5" w14:textId="77777777" w:rsidR="00457A8B" w:rsidRDefault="00457A8B"/>
        </w:tc>
        <w:tc>
          <w:tcPr>
            <w:tcW w:w="1247" w:type="dxa"/>
            <w:vAlign w:val="center"/>
          </w:tcPr>
          <w:p w14:paraId="2EFFD5DE" w14:textId="77777777" w:rsidR="00457A8B" w:rsidRDefault="00457A8B"/>
        </w:tc>
        <w:tc>
          <w:tcPr>
            <w:tcW w:w="1247" w:type="dxa"/>
            <w:vAlign w:val="center"/>
          </w:tcPr>
          <w:p w14:paraId="27BC74D9" w14:textId="77777777" w:rsidR="00457A8B" w:rsidRDefault="00457A8B"/>
        </w:tc>
        <w:tc>
          <w:tcPr>
            <w:tcW w:w="1134" w:type="dxa"/>
            <w:vAlign w:val="center"/>
          </w:tcPr>
          <w:p w14:paraId="03DB8273" w14:textId="77777777" w:rsidR="00457A8B" w:rsidRDefault="00457A8B"/>
        </w:tc>
      </w:tr>
      <w:tr w:rsidR="00457A8B" w14:paraId="2D1A2038" w14:textId="77777777">
        <w:trPr>
          <w:jc w:val="center"/>
        </w:trPr>
        <w:tc>
          <w:tcPr>
            <w:tcW w:w="567" w:type="dxa"/>
            <w:vAlign w:val="center"/>
          </w:tcPr>
          <w:p w14:paraId="7C27E43F" w14:textId="77777777" w:rsidR="00457A8B" w:rsidRDefault="001D1A32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1474" w:type="dxa"/>
            <w:vAlign w:val="center"/>
          </w:tcPr>
          <w:p w14:paraId="216C385A" w14:textId="77777777" w:rsidR="00457A8B" w:rsidRDefault="00457A8B"/>
        </w:tc>
        <w:tc>
          <w:tcPr>
            <w:tcW w:w="1361" w:type="dxa"/>
            <w:vAlign w:val="center"/>
          </w:tcPr>
          <w:p w14:paraId="4FBAAB16" w14:textId="77777777" w:rsidR="00457A8B" w:rsidRDefault="00457A8B"/>
        </w:tc>
        <w:tc>
          <w:tcPr>
            <w:tcW w:w="1191" w:type="dxa"/>
            <w:vAlign w:val="center"/>
          </w:tcPr>
          <w:p w14:paraId="47425564" w14:textId="77777777" w:rsidR="00457A8B" w:rsidRDefault="00457A8B"/>
        </w:tc>
        <w:tc>
          <w:tcPr>
            <w:tcW w:w="1247" w:type="dxa"/>
            <w:vAlign w:val="center"/>
          </w:tcPr>
          <w:p w14:paraId="56D2B478" w14:textId="77777777" w:rsidR="00457A8B" w:rsidRDefault="00457A8B"/>
        </w:tc>
        <w:tc>
          <w:tcPr>
            <w:tcW w:w="1247" w:type="dxa"/>
            <w:vAlign w:val="center"/>
          </w:tcPr>
          <w:p w14:paraId="6C6242F2" w14:textId="77777777" w:rsidR="00457A8B" w:rsidRDefault="00457A8B"/>
        </w:tc>
        <w:tc>
          <w:tcPr>
            <w:tcW w:w="1134" w:type="dxa"/>
            <w:vAlign w:val="center"/>
          </w:tcPr>
          <w:p w14:paraId="10AF3893" w14:textId="77777777" w:rsidR="00457A8B" w:rsidRDefault="00457A8B"/>
        </w:tc>
      </w:tr>
      <w:tr w:rsidR="002F2AF7" w14:paraId="67506B02" w14:textId="77777777">
        <w:trPr>
          <w:jc w:val="center"/>
        </w:trPr>
        <w:tc>
          <w:tcPr>
            <w:tcW w:w="567" w:type="dxa"/>
            <w:vAlign w:val="center"/>
          </w:tcPr>
          <w:p w14:paraId="77275B67" w14:textId="0539DC03" w:rsidR="002F2AF7" w:rsidRDefault="002F2AF7">
            <w:pPr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474" w:type="dxa"/>
            <w:vAlign w:val="center"/>
          </w:tcPr>
          <w:p w14:paraId="3BEA88E3" w14:textId="77777777" w:rsidR="002F2AF7" w:rsidRDefault="002F2AF7"/>
        </w:tc>
        <w:tc>
          <w:tcPr>
            <w:tcW w:w="1361" w:type="dxa"/>
            <w:vAlign w:val="center"/>
          </w:tcPr>
          <w:p w14:paraId="2F9239B8" w14:textId="77777777" w:rsidR="002F2AF7" w:rsidRDefault="002F2AF7"/>
        </w:tc>
        <w:tc>
          <w:tcPr>
            <w:tcW w:w="1191" w:type="dxa"/>
            <w:vAlign w:val="center"/>
          </w:tcPr>
          <w:p w14:paraId="17BD05BD" w14:textId="77777777" w:rsidR="002F2AF7" w:rsidRDefault="002F2AF7"/>
        </w:tc>
        <w:tc>
          <w:tcPr>
            <w:tcW w:w="1247" w:type="dxa"/>
            <w:vAlign w:val="center"/>
          </w:tcPr>
          <w:p w14:paraId="4991D87C" w14:textId="77777777" w:rsidR="002F2AF7" w:rsidRDefault="002F2AF7"/>
        </w:tc>
        <w:tc>
          <w:tcPr>
            <w:tcW w:w="1247" w:type="dxa"/>
            <w:vAlign w:val="center"/>
          </w:tcPr>
          <w:p w14:paraId="7B2AE90E" w14:textId="77777777" w:rsidR="002F2AF7" w:rsidRDefault="002F2AF7"/>
        </w:tc>
        <w:tc>
          <w:tcPr>
            <w:tcW w:w="1134" w:type="dxa"/>
            <w:vAlign w:val="center"/>
          </w:tcPr>
          <w:p w14:paraId="383BC063" w14:textId="77777777" w:rsidR="002F2AF7" w:rsidRDefault="002F2AF7"/>
        </w:tc>
      </w:tr>
      <w:tr w:rsidR="002F2AF7" w14:paraId="26863206" w14:textId="77777777">
        <w:trPr>
          <w:jc w:val="center"/>
        </w:trPr>
        <w:tc>
          <w:tcPr>
            <w:tcW w:w="567" w:type="dxa"/>
            <w:vAlign w:val="center"/>
          </w:tcPr>
          <w:p w14:paraId="7F5B71EA" w14:textId="17BA0BAD" w:rsidR="002F2AF7" w:rsidRDefault="002F2AF7">
            <w:pPr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474" w:type="dxa"/>
            <w:vAlign w:val="center"/>
          </w:tcPr>
          <w:p w14:paraId="722E1DD5" w14:textId="77777777" w:rsidR="002F2AF7" w:rsidRDefault="002F2AF7"/>
        </w:tc>
        <w:tc>
          <w:tcPr>
            <w:tcW w:w="1361" w:type="dxa"/>
            <w:vAlign w:val="center"/>
          </w:tcPr>
          <w:p w14:paraId="6E3B7015" w14:textId="77777777" w:rsidR="002F2AF7" w:rsidRDefault="002F2AF7"/>
        </w:tc>
        <w:tc>
          <w:tcPr>
            <w:tcW w:w="1191" w:type="dxa"/>
            <w:vAlign w:val="center"/>
          </w:tcPr>
          <w:p w14:paraId="7947D1A2" w14:textId="77777777" w:rsidR="002F2AF7" w:rsidRDefault="002F2AF7"/>
        </w:tc>
        <w:tc>
          <w:tcPr>
            <w:tcW w:w="1247" w:type="dxa"/>
            <w:vAlign w:val="center"/>
          </w:tcPr>
          <w:p w14:paraId="5342255E" w14:textId="77777777" w:rsidR="002F2AF7" w:rsidRDefault="002F2AF7"/>
        </w:tc>
        <w:tc>
          <w:tcPr>
            <w:tcW w:w="1247" w:type="dxa"/>
            <w:vAlign w:val="center"/>
          </w:tcPr>
          <w:p w14:paraId="2BA0682F" w14:textId="77777777" w:rsidR="002F2AF7" w:rsidRDefault="002F2AF7"/>
        </w:tc>
        <w:tc>
          <w:tcPr>
            <w:tcW w:w="1134" w:type="dxa"/>
            <w:vAlign w:val="center"/>
          </w:tcPr>
          <w:p w14:paraId="43C98F2B" w14:textId="77777777" w:rsidR="002F2AF7" w:rsidRDefault="002F2AF7"/>
        </w:tc>
      </w:tr>
      <w:tr w:rsidR="002F2AF7" w14:paraId="28CE6E43" w14:textId="77777777">
        <w:trPr>
          <w:jc w:val="center"/>
        </w:trPr>
        <w:tc>
          <w:tcPr>
            <w:tcW w:w="567" w:type="dxa"/>
            <w:vAlign w:val="center"/>
          </w:tcPr>
          <w:p w14:paraId="7BBD4BFF" w14:textId="575EA23F" w:rsidR="002F2AF7" w:rsidRDefault="002F2AF7">
            <w:pPr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474" w:type="dxa"/>
            <w:vAlign w:val="center"/>
          </w:tcPr>
          <w:p w14:paraId="28195D7D" w14:textId="77777777" w:rsidR="002F2AF7" w:rsidRDefault="002F2AF7"/>
        </w:tc>
        <w:tc>
          <w:tcPr>
            <w:tcW w:w="1361" w:type="dxa"/>
            <w:vAlign w:val="center"/>
          </w:tcPr>
          <w:p w14:paraId="702454F5" w14:textId="77777777" w:rsidR="002F2AF7" w:rsidRDefault="002F2AF7"/>
        </w:tc>
        <w:tc>
          <w:tcPr>
            <w:tcW w:w="1191" w:type="dxa"/>
            <w:vAlign w:val="center"/>
          </w:tcPr>
          <w:p w14:paraId="3CDC1EF5" w14:textId="77777777" w:rsidR="002F2AF7" w:rsidRDefault="002F2AF7"/>
        </w:tc>
        <w:tc>
          <w:tcPr>
            <w:tcW w:w="1247" w:type="dxa"/>
            <w:vAlign w:val="center"/>
          </w:tcPr>
          <w:p w14:paraId="639C82D4" w14:textId="77777777" w:rsidR="002F2AF7" w:rsidRDefault="002F2AF7"/>
        </w:tc>
        <w:tc>
          <w:tcPr>
            <w:tcW w:w="1247" w:type="dxa"/>
            <w:vAlign w:val="center"/>
          </w:tcPr>
          <w:p w14:paraId="0653F974" w14:textId="77777777" w:rsidR="002F2AF7" w:rsidRDefault="002F2AF7"/>
        </w:tc>
        <w:tc>
          <w:tcPr>
            <w:tcW w:w="1134" w:type="dxa"/>
            <w:vAlign w:val="center"/>
          </w:tcPr>
          <w:p w14:paraId="5E9582F9" w14:textId="77777777" w:rsidR="002F2AF7" w:rsidRDefault="002F2AF7"/>
        </w:tc>
      </w:tr>
    </w:tbl>
    <w:p w14:paraId="5E52BC63" w14:textId="77777777" w:rsidR="00457A8B" w:rsidRDefault="001D1A32">
      <w:proofErr w:type="spellStart"/>
      <w:r>
        <w:rPr>
          <w:b/>
        </w:rPr>
        <w:t>Modalità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pagamento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richiesta</w:t>
      </w:r>
      <w:proofErr w:type="spellEnd"/>
      <w:r>
        <w:rPr>
          <w:b/>
        </w:rPr>
        <w:t xml:space="preserve">: </w:t>
      </w:r>
      <w:proofErr w:type="gramStart"/>
      <w:r>
        <w:t>[ ]</w:t>
      </w:r>
      <w:proofErr w:type="gramEnd"/>
      <w:r>
        <w:t xml:space="preserve"> unica soluzione </w:t>
      </w:r>
      <w:proofErr w:type="gramStart"/>
      <w:r>
        <w:t xml:space="preserve">   [</w:t>
      </w:r>
      <w:proofErr w:type="gramEnd"/>
      <w:r>
        <w:t xml:space="preserve"> ] pagamento rateale in n. ______ rate, nei limiti e secondo le scadenze previste dal Regolamento.</w:t>
      </w:r>
    </w:p>
    <w:p w14:paraId="27121D13" w14:textId="77777777" w:rsidR="00457A8B" w:rsidRDefault="001D1A32" w:rsidP="002F2AF7">
      <w:pPr>
        <w:jc w:val="center"/>
      </w:pPr>
      <w:r>
        <w:rPr>
          <w:b/>
        </w:rPr>
        <w:t>DICHIARA</w:t>
      </w:r>
    </w:p>
    <w:p w14:paraId="7CF22615" w14:textId="77777777" w:rsidR="00457A8B" w:rsidRDefault="001D1A32" w:rsidP="002F2AF7">
      <w:pPr>
        <w:spacing w:after="20"/>
        <w:ind w:left="283"/>
        <w:jc w:val="both"/>
      </w:pPr>
      <w:r>
        <w:lastRenderedPageBreak/>
        <w:t>- di aver preso visione del Regolamento comunale e di accettarne integralmente le condizioni;</w:t>
      </w:r>
    </w:p>
    <w:p w14:paraId="70ABFF11" w14:textId="77777777" w:rsidR="00457A8B" w:rsidRDefault="001D1A32" w:rsidP="002F2AF7">
      <w:pPr>
        <w:spacing w:after="20"/>
        <w:ind w:left="283"/>
        <w:jc w:val="both"/>
      </w:pPr>
      <w:r>
        <w:t>- che le posizioni indicate sono quelle per le quali richiede la definizione agevolata;</w:t>
      </w:r>
    </w:p>
    <w:p w14:paraId="116530BB" w14:textId="77777777" w:rsidR="00457A8B" w:rsidRDefault="001D1A32" w:rsidP="002F2AF7">
      <w:pPr>
        <w:spacing w:after="20"/>
        <w:ind w:left="283"/>
        <w:jc w:val="both"/>
      </w:pPr>
      <w:r>
        <w:t>- di essere consapevole che l'Ufficio procederà alla verifica della sussistenza dei requisiti, della disponibilità del carico e dell'esatto ammontare dovuto;</w:t>
      </w:r>
    </w:p>
    <w:p w14:paraId="720B2BA8" w14:textId="77777777" w:rsidR="00457A8B" w:rsidRDefault="001D1A32" w:rsidP="002F2AF7">
      <w:pPr>
        <w:spacing w:after="20"/>
        <w:ind w:left="283"/>
        <w:jc w:val="both"/>
      </w:pPr>
      <w:r>
        <w:t>- di impegnarsi, ove ricorrente, a rinunciare ai giudizi pendenti concernenti i debiti ammessi alla definizione, secondo quanto previsto dal Regolamento;</w:t>
      </w:r>
    </w:p>
    <w:p w14:paraId="3196AEF0" w14:textId="77777777" w:rsidR="00457A8B" w:rsidRDefault="001D1A32" w:rsidP="002F2AF7">
      <w:pPr>
        <w:spacing w:after="20"/>
        <w:ind w:left="283"/>
        <w:jc w:val="both"/>
      </w:pPr>
      <w:r>
        <w:t>- di essere consapevole che il mancato, insufficiente o tardivo pagamento determina gli effetti previsti dal Regolamento comunale;</w:t>
      </w:r>
    </w:p>
    <w:p w14:paraId="7CC1FE08" w14:textId="77777777" w:rsidR="00457A8B" w:rsidRDefault="001D1A32" w:rsidP="002F2AF7">
      <w:pPr>
        <w:spacing w:after="20"/>
        <w:ind w:left="283"/>
        <w:jc w:val="both"/>
      </w:pPr>
      <w:r>
        <w:t>- di autorizzare le comunicazioni relative alla pratica all'indirizzo e-mail/PEC sopra indicato.</w:t>
      </w:r>
    </w:p>
    <w:p w14:paraId="393B78BC" w14:textId="77777777" w:rsidR="00457A8B" w:rsidRDefault="001D1A32">
      <w:r>
        <w:rPr>
          <w:b/>
        </w:rPr>
        <w:t>ALLEGA</w:t>
      </w:r>
    </w:p>
    <w:p w14:paraId="399399A4" w14:textId="77777777" w:rsidR="00457A8B" w:rsidRDefault="001D1A32" w:rsidP="002F2AF7">
      <w:pPr>
        <w:spacing w:after="20"/>
        <w:ind w:left="283"/>
        <w:jc w:val="both"/>
      </w:pPr>
      <w:r>
        <w:t>- copia del documento di identità del richiedente;</w:t>
      </w:r>
    </w:p>
    <w:p w14:paraId="6E79FE25" w14:textId="77777777" w:rsidR="00457A8B" w:rsidRDefault="001D1A32" w:rsidP="002F2AF7">
      <w:pPr>
        <w:spacing w:after="20"/>
        <w:ind w:left="283"/>
        <w:jc w:val="both"/>
      </w:pPr>
      <w:r>
        <w:t>- eventuale delega e documenti del delegante/delegato;</w:t>
      </w:r>
    </w:p>
    <w:p w14:paraId="5917BBEA" w14:textId="77777777" w:rsidR="00457A8B" w:rsidRDefault="001D1A32" w:rsidP="002F2AF7">
      <w:pPr>
        <w:spacing w:after="20"/>
        <w:ind w:left="283"/>
        <w:jc w:val="both"/>
      </w:pPr>
      <w:r>
        <w:t>- copia degli atti/avvisi/ingiunzioni/cartelle o altra documentazione utile all'individuazione del debito, se disponibile;</w:t>
      </w:r>
    </w:p>
    <w:p w14:paraId="7E90DE30" w14:textId="77777777" w:rsidR="00457A8B" w:rsidRDefault="001D1A32" w:rsidP="002F2AF7">
      <w:pPr>
        <w:spacing w:after="20"/>
        <w:ind w:left="283"/>
        <w:jc w:val="both"/>
      </w:pPr>
      <w:r>
        <w:t>- eventuale documentazione relativa a rateizzazioni, ricorsi o pagamenti già effettuati.</w:t>
      </w:r>
    </w:p>
    <w:p w14:paraId="16A8E401" w14:textId="77777777" w:rsidR="00457A8B" w:rsidRDefault="001D1A32">
      <w:pPr>
        <w:spacing w:after="40"/>
      </w:pPr>
      <w:r>
        <w:rPr>
          <w:b/>
        </w:rPr>
        <w:t>Ramacca, lì</w:t>
      </w:r>
      <w:r>
        <w:t xml:space="preserve"> ____________________________________________________________</w:t>
      </w:r>
    </w:p>
    <w:p w14:paraId="683FCAE9" w14:textId="77777777" w:rsidR="00457A8B" w:rsidRDefault="001D1A32">
      <w:pPr>
        <w:jc w:val="right"/>
      </w:pPr>
      <w:r>
        <w:t>Firma del richiedente</w:t>
      </w:r>
      <w:r>
        <w:br/>
        <w:t>______________________________</w:t>
      </w:r>
    </w:p>
    <w:p w14:paraId="72583099" w14:textId="77777777" w:rsidR="00457A8B" w:rsidRDefault="001D1A32">
      <w:pPr>
        <w:spacing w:after="60"/>
      </w:pPr>
      <w:r>
        <w:rPr>
          <w:i/>
          <w:sz w:val="17"/>
        </w:rPr>
        <w:t>Spazio riservato all'Ufficio: Protocollo n. __________ del __________   Codice pratica ______________________</w:t>
      </w:r>
    </w:p>
    <w:p w14:paraId="3C4D4343" w14:textId="77777777" w:rsidR="00457A8B" w:rsidRDefault="001D1A32">
      <w:pPr>
        <w:spacing w:before="160" w:after="40"/>
      </w:pPr>
      <w:r>
        <w:rPr>
          <w:b/>
          <w:sz w:val="18"/>
        </w:rPr>
        <w:t>INFORMATIVA SUL TRATTAMENTO DEI DATI PERSONALI</w:t>
      </w:r>
    </w:p>
    <w:p w14:paraId="2142C160" w14:textId="3B74F949" w:rsidR="00D87FAB" w:rsidRDefault="001D1A32" w:rsidP="00EE4048">
      <w:pPr>
        <w:spacing w:after="0"/>
        <w:rPr>
          <w:b/>
          <w:sz w:val="26"/>
        </w:rPr>
      </w:pPr>
      <w:r>
        <w:rPr>
          <w:sz w:val="16"/>
        </w:rPr>
        <w:t xml:space="preserve">I dati personali sono trattati dal Comune di Ramacca per le finalità istituzionali connesse alla gestione della definizione agevolata, nel rispetto del Regolamento (UE) 2016/679 e della normativa nazionale vigente. L’informativa completa e i riferimenti del Responsabile della protezione dei dati (RPD/DPO) </w:t>
      </w:r>
      <w:proofErr w:type="spellStart"/>
      <w:r>
        <w:rPr>
          <w:sz w:val="16"/>
        </w:rPr>
        <w:t>sono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disponibili</w:t>
      </w:r>
      <w:proofErr w:type="spellEnd"/>
      <w:r>
        <w:rPr>
          <w:sz w:val="16"/>
        </w:rPr>
        <w:t xml:space="preserve"> sui </w:t>
      </w:r>
      <w:proofErr w:type="spellStart"/>
      <w:r>
        <w:rPr>
          <w:sz w:val="16"/>
        </w:rPr>
        <w:t>canali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istituzionali</w:t>
      </w:r>
      <w:proofErr w:type="spellEnd"/>
      <w:r>
        <w:rPr>
          <w:sz w:val="16"/>
        </w:rPr>
        <w:t xml:space="preserve"> del </w:t>
      </w:r>
      <w:proofErr w:type="spellStart"/>
      <w:r>
        <w:rPr>
          <w:sz w:val="16"/>
        </w:rPr>
        <w:t>Comune</w:t>
      </w:r>
      <w:proofErr w:type="spellEnd"/>
      <w:r>
        <w:rPr>
          <w:sz w:val="16"/>
        </w:rPr>
        <w:t>.</w:t>
      </w:r>
    </w:p>
    <w:sectPr w:rsidR="00D87FAB" w:rsidSect="00034616">
      <w:headerReference w:type="default" r:id="rId8"/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FC285" w14:textId="77777777" w:rsidR="001D1A32" w:rsidRDefault="001D1A32" w:rsidP="00D87FAB">
      <w:pPr>
        <w:spacing w:after="0" w:line="240" w:lineRule="auto"/>
      </w:pPr>
      <w:r>
        <w:separator/>
      </w:r>
    </w:p>
  </w:endnote>
  <w:endnote w:type="continuationSeparator" w:id="0">
    <w:p w14:paraId="6AD73818" w14:textId="77777777" w:rsidR="001D1A32" w:rsidRDefault="001D1A32" w:rsidP="00D8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BE66" w14:textId="77777777" w:rsidR="00C52AD0" w:rsidRDefault="00C52AD0" w:rsidP="00C52AD0">
    <w:pPr>
      <w:jc w:val="center"/>
      <w:rPr>
        <w:b/>
        <w:sz w:val="18"/>
        <w:szCs w:val="18"/>
      </w:rPr>
    </w:pPr>
  </w:p>
  <w:p w14:paraId="4E8BA577" w14:textId="4D506CA4" w:rsidR="00C52AD0" w:rsidRPr="00C52AD0" w:rsidRDefault="00C52AD0" w:rsidP="00C52AD0">
    <w:pPr>
      <w:jc w:val="center"/>
      <w:rPr>
        <w:sz w:val="18"/>
        <w:szCs w:val="18"/>
      </w:rPr>
    </w:pPr>
    <w:r w:rsidRPr="00C52AD0">
      <w:rPr>
        <w:b/>
        <w:sz w:val="18"/>
        <w:szCs w:val="18"/>
      </w:rPr>
      <w:t xml:space="preserve">AREA ECONOMICO-FINANZIARIA - UFFICIO TRIBUTI </w:t>
    </w:r>
    <w:r w:rsidRPr="00C52AD0">
      <w:rPr>
        <w:sz w:val="14"/>
        <w:szCs w:val="18"/>
      </w:rPr>
      <w:t>Piazza Umberto I, 14 - 95040 Ramacca (CT)</w:t>
    </w:r>
  </w:p>
  <w:p w14:paraId="41DA7728" w14:textId="77777777" w:rsidR="00D770D0" w:rsidRDefault="00D770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1383C" w14:textId="77777777" w:rsidR="001D1A32" w:rsidRDefault="001D1A32" w:rsidP="00D87FAB">
      <w:pPr>
        <w:spacing w:after="0" w:line="240" w:lineRule="auto"/>
      </w:pPr>
      <w:r>
        <w:separator/>
      </w:r>
    </w:p>
  </w:footnote>
  <w:footnote w:type="continuationSeparator" w:id="0">
    <w:p w14:paraId="34EA7A3D" w14:textId="77777777" w:rsidR="001D1A32" w:rsidRDefault="001D1A32" w:rsidP="00D8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76BD" w14:textId="77777777" w:rsidR="00D87FAB" w:rsidRDefault="00D87FAB" w:rsidP="00D87FAB">
    <w:pPr>
      <w:jc w:val="center"/>
      <w:rPr>
        <w:b/>
        <w:sz w:val="28"/>
      </w:rPr>
    </w:pPr>
    <w:r>
      <w:rPr>
        <w:noProof/>
        <w:color w:val="000000"/>
        <w:sz w:val="28"/>
        <w:szCs w:val="28"/>
      </w:rPr>
      <w:drawing>
        <wp:inline distT="0" distB="0" distL="0" distR="0" wp14:anchorId="76D26BAF" wp14:editId="0179FD35">
          <wp:extent cx="895350" cy="923925"/>
          <wp:effectExtent l="0" t="0" r="0" b="9525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69E9E8" w14:textId="77777777" w:rsidR="00D87FAB" w:rsidRDefault="00D87FAB" w:rsidP="00D87FAB">
    <w:pPr>
      <w:jc w:val="center"/>
    </w:pPr>
    <w:r>
      <w:rPr>
        <w:b/>
        <w:sz w:val="28"/>
      </w:rPr>
      <w:t>COMUNE DI RAMACCA</w:t>
    </w:r>
  </w:p>
  <w:p w14:paraId="2F3F3A6E" w14:textId="77777777" w:rsidR="00D87FAB" w:rsidRDefault="00D87FAB" w:rsidP="00D87FAB">
    <w:pPr>
      <w:jc w:val="center"/>
    </w:pPr>
    <w:r>
      <w:rPr>
        <w:sz w:val="20"/>
      </w:rPr>
      <w:t xml:space="preserve">Città </w:t>
    </w:r>
    <w:proofErr w:type="spellStart"/>
    <w:r>
      <w:rPr>
        <w:sz w:val="20"/>
      </w:rPr>
      <w:t>Metropolitana</w:t>
    </w:r>
    <w:proofErr w:type="spellEnd"/>
    <w:r>
      <w:rPr>
        <w:sz w:val="20"/>
      </w:rPr>
      <w:t xml:space="preserve"> di Catania</w:t>
    </w:r>
  </w:p>
  <w:p w14:paraId="350C8422" w14:textId="77777777" w:rsidR="00D87FAB" w:rsidRDefault="00D87F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02506">
    <w:abstractNumId w:val="8"/>
  </w:num>
  <w:num w:numId="2" w16cid:durableId="31997992">
    <w:abstractNumId w:val="6"/>
  </w:num>
  <w:num w:numId="3" w16cid:durableId="1230380306">
    <w:abstractNumId w:val="5"/>
  </w:num>
  <w:num w:numId="4" w16cid:durableId="2098482006">
    <w:abstractNumId w:val="4"/>
  </w:num>
  <w:num w:numId="5" w16cid:durableId="671490039">
    <w:abstractNumId w:val="7"/>
  </w:num>
  <w:num w:numId="6" w16cid:durableId="1896163338">
    <w:abstractNumId w:val="3"/>
  </w:num>
  <w:num w:numId="7" w16cid:durableId="1302269540">
    <w:abstractNumId w:val="2"/>
  </w:num>
  <w:num w:numId="8" w16cid:durableId="1727337387">
    <w:abstractNumId w:val="1"/>
  </w:num>
  <w:num w:numId="9" w16cid:durableId="154298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1A32"/>
    <w:rsid w:val="0029639D"/>
    <w:rsid w:val="002F2AF7"/>
    <w:rsid w:val="00326F90"/>
    <w:rsid w:val="00457A8B"/>
    <w:rsid w:val="005A126B"/>
    <w:rsid w:val="00AA1D8D"/>
    <w:rsid w:val="00B47730"/>
    <w:rsid w:val="00C04D17"/>
    <w:rsid w:val="00C52AD0"/>
    <w:rsid w:val="00CB0664"/>
    <w:rsid w:val="00CE192E"/>
    <w:rsid w:val="00D770D0"/>
    <w:rsid w:val="00D87FAB"/>
    <w:rsid w:val="00E95636"/>
    <w:rsid w:val="00EE4048"/>
    <w:rsid w:val="00F1461E"/>
    <w:rsid w:val="00FA08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9C05EB"/>
  <w14:defaultImageDpi w14:val="300"/>
  <w15:docId w15:val="{8BD807A1-9159-417A-97BA-EC2237CF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</dc:creator>
  <cp:keywords/>
  <dc:description>generated by python-docx</dc:description>
  <cp:lastModifiedBy>maurizio scifo</cp:lastModifiedBy>
  <cp:revision>2</cp:revision>
  <dcterms:created xsi:type="dcterms:W3CDTF">2026-09-23T14:51:00Z</dcterms:created>
  <dcterms:modified xsi:type="dcterms:W3CDTF">2026-09-23T14:51:00Z</dcterms:modified>
  <cp:category/>
</cp:coreProperties>
</file>