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2C160" w14:textId="306F24C1" w:rsidR="00D87FAB" w:rsidRDefault="00D87FAB">
      <w:pPr>
        <w:rPr>
          <w:b/>
          <w:sz w:val="26"/>
        </w:rPr>
      </w:pPr>
    </w:p>
    <w:p w14:paraId="66B60D1A" w14:textId="333FC4D6" w:rsidR="00457A8B" w:rsidRDefault="00000000">
      <w:pPr>
        <w:jc w:val="center"/>
      </w:pPr>
      <w:r>
        <w:rPr>
          <w:b/>
          <w:sz w:val="26"/>
        </w:rPr>
        <w:t>MODELLO B - DELEGA</w:t>
      </w:r>
    </w:p>
    <w:p w14:paraId="71218744" w14:textId="77777777" w:rsidR="00457A8B" w:rsidRDefault="00000000">
      <w:r>
        <w:rPr>
          <w:b/>
        </w:rPr>
        <w:t xml:space="preserve">Il/La sottoscritto/a </w:t>
      </w:r>
      <w:r>
        <w:t>____________________________________________________________</w:t>
      </w:r>
    </w:p>
    <w:p w14:paraId="2E4F4054" w14:textId="77777777" w:rsidR="00457A8B" w:rsidRDefault="00000000">
      <w:pPr>
        <w:spacing w:after="40"/>
      </w:pPr>
      <w:r>
        <w:rPr>
          <w:b/>
        </w:rPr>
        <w:t>Codice fiscale</w:t>
      </w:r>
      <w:r>
        <w:t xml:space="preserve"> ____________________________________________________________</w:t>
      </w:r>
    </w:p>
    <w:p w14:paraId="31639D79" w14:textId="77777777" w:rsidR="00457A8B" w:rsidRDefault="00000000">
      <w:pPr>
        <w:spacing w:after="40"/>
      </w:pPr>
      <w:r>
        <w:rPr>
          <w:b/>
        </w:rPr>
        <w:t>residente in</w:t>
      </w:r>
      <w:r>
        <w:t xml:space="preserve"> ____________________________________________________________</w:t>
      </w:r>
    </w:p>
    <w:p w14:paraId="559D0552" w14:textId="77777777" w:rsidR="00457A8B" w:rsidRDefault="00000000">
      <w:r>
        <w:t>in relazione alla pratica di definizione agevolata n. ____________________________</w:t>
      </w:r>
    </w:p>
    <w:p w14:paraId="03E1F6E1" w14:textId="77777777" w:rsidR="00457A8B" w:rsidRDefault="00000000">
      <w:pPr>
        <w:jc w:val="center"/>
      </w:pPr>
      <w:r>
        <w:rPr>
          <w:b/>
          <w:sz w:val="24"/>
        </w:rPr>
        <w:t>DELEGA</w:t>
      </w:r>
    </w:p>
    <w:p w14:paraId="0EC8D249" w14:textId="77777777" w:rsidR="00457A8B" w:rsidRDefault="00000000">
      <w:pPr>
        <w:spacing w:after="40"/>
      </w:pPr>
      <w:r>
        <w:rPr>
          <w:b/>
        </w:rPr>
        <w:t>il/la Sig./Sig.ra</w:t>
      </w:r>
      <w:r>
        <w:t xml:space="preserve"> ____________________________________________________________</w:t>
      </w:r>
    </w:p>
    <w:p w14:paraId="4937E501" w14:textId="77777777" w:rsidR="00457A8B" w:rsidRDefault="00000000">
      <w:pPr>
        <w:spacing w:after="40"/>
      </w:pPr>
      <w:r>
        <w:rPr>
          <w:b/>
        </w:rPr>
        <w:t>nato/a a</w:t>
      </w:r>
      <w:r>
        <w:t xml:space="preserve"> ____________________________________________________________ il ______________________</w:t>
      </w:r>
    </w:p>
    <w:p w14:paraId="005930D5" w14:textId="77777777" w:rsidR="00457A8B" w:rsidRDefault="00000000">
      <w:pPr>
        <w:spacing w:after="40"/>
      </w:pPr>
      <w:r>
        <w:rPr>
          <w:b/>
        </w:rPr>
        <w:t>Codice fiscale</w:t>
      </w:r>
      <w:r>
        <w:t xml:space="preserve"> ____________________________________________________________</w:t>
      </w:r>
    </w:p>
    <w:p w14:paraId="78B30A35" w14:textId="77777777" w:rsidR="00457A8B" w:rsidRDefault="00000000">
      <w:pPr>
        <w:spacing w:after="40"/>
      </w:pPr>
      <w:r>
        <w:rPr>
          <w:b/>
        </w:rPr>
        <w:t>residente in</w:t>
      </w:r>
      <w:r>
        <w:t xml:space="preserve"> ____________________________________________________________</w:t>
      </w:r>
    </w:p>
    <w:p w14:paraId="079B8141" w14:textId="77777777" w:rsidR="00457A8B" w:rsidRDefault="00000000">
      <w:pPr>
        <w:spacing w:after="40"/>
      </w:pPr>
      <w:r>
        <w:rPr>
          <w:b/>
        </w:rPr>
        <w:t>Telefono</w:t>
      </w:r>
      <w:r>
        <w:t xml:space="preserve"> ____________________________________________________________</w:t>
      </w:r>
    </w:p>
    <w:p w14:paraId="73BA4EFC" w14:textId="77777777" w:rsidR="00457A8B" w:rsidRDefault="00000000">
      <w:pPr>
        <w:spacing w:after="40"/>
      </w:pPr>
      <w:r>
        <w:rPr>
          <w:b/>
        </w:rPr>
        <w:t>E-mail/PEC</w:t>
      </w:r>
      <w:r>
        <w:t xml:space="preserve"> ____________________________________________________________</w:t>
      </w:r>
    </w:p>
    <w:p w14:paraId="4D75187A" w14:textId="77777777" w:rsidR="00457A8B" w:rsidRDefault="00000000">
      <w:r>
        <w:t>[ ] a presentare l'istanza di definizione agevolata;</w:t>
      </w:r>
      <w:r>
        <w:br/>
        <w:t>[ ] ad interloquire con l'Ufficio Tributi del Comune di Ramacca per gli adempimenti istruttori;</w:t>
      </w:r>
      <w:r>
        <w:br/>
        <w:t>[ ] a produrre documentazione integrativa;</w:t>
      </w:r>
      <w:r>
        <w:br/>
        <w:t>[ ] a ricevere e ritirare comunicazioni, attestazioni, piano di pagamento e altra documentazione connessa alla pratica.</w:t>
      </w:r>
    </w:p>
    <w:p w14:paraId="2038CEC6" w14:textId="77777777" w:rsidR="00457A8B" w:rsidRDefault="00000000">
      <w:r>
        <w:t>Allega copia dei documenti di identità del delegante e del delegato.</w:t>
      </w:r>
    </w:p>
    <w:p w14:paraId="3E613C39" w14:textId="77777777" w:rsidR="00457A8B" w:rsidRDefault="00000000">
      <w:pPr>
        <w:spacing w:after="40"/>
      </w:pPr>
      <w:r>
        <w:rPr>
          <w:b/>
        </w:rPr>
        <w:t>Ramacca, lì</w:t>
      </w:r>
      <w:r>
        <w:t xml:space="preserve"> ____________________________________________________________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535"/>
        <w:gridCol w:w="4535"/>
      </w:tblGrid>
      <w:tr w:rsidR="00457A8B" w14:paraId="10A50916" w14:textId="77777777">
        <w:trPr>
          <w:jc w:val="center"/>
        </w:trPr>
        <w:tc>
          <w:tcPr>
            <w:tcW w:w="4535" w:type="dxa"/>
            <w:vAlign w:val="center"/>
          </w:tcPr>
          <w:p w14:paraId="33503CAF" w14:textId="77777777" w:rsidR="00457A8B" w:rsidRDefault="00000000">
            <w:pPr>
              <w:jc w:val="center"/>
            </w:pPr>
            <w:r>
              <w:rPr>
                <w:b/>
                <w:sz w:val="19"/>
              </w:rPr>
              <w:t>Firma del delegante</w:t>
            </w:r>
          </w:p>
        </w:tc>
        <w:tc>
          <w:tcPr>
            <w:tcW w:w="4535" w:type="dxa"/>
            <w:vAlign w:val="center"/>
          </w:tcPr>
          <w:p w14:paraId="2834E795" w14:textId="77777777" w:rsidR="00457A8B" w:rsidRDefault="00000000">
            <w:pPr>
              <w:jc w:val="center"/>
            </w:pPr>
            <w:r>
              <w:rPr>
                <w:b/>
                <w:sz w:val="19"/>
              </w:rPr>
              <w:t>Firma del delegato</w:t>
            </w:r>
          </w:p>
        </w:tc>
      </w:tr>
      <w:tr w:rsidR="00457A8B" w14:paraId="1E1E0D76" w14:textId="77777777">
        <w:trPr>
          <w:jc w:val="center"/>
        </w:trPr>
        <w:tc>
          <w:tcPr>
            <w:tcW w:w="4535" w:type="dxa"/>
            <w:vAlign w:val="center"/>
          </w:tcPr>
          <w:p w14:paraId="265A4F2F" w14:textId="77777777" w:rsidR="00457A8B" w:rsidRDefault="00000000">
            <w:pPr>
              <w:jc w:val="center"/>
            </w:pPr>
            <w:r>
              <w:rPr>
                <w:sz w:val="20"/>
              </w:rPr>
              <w:br/>
            </w:r>
            <w:r>
              <w:rPr>
                <w:sz w:val="20"/>
              </w:rPr>
              <w:br/>
              <w:t>______________________________</w:t>
            </w:r>
          </w:p>
        </w:tc>
        <w:tc>
          <w:tcPr>
            <w:tcW w:w="4535" w:type="dxa"/>
            <w:vAlign w:val="center"/>
          </w:tcPr>
          <w:p w14:paraId="719C8EC5" w14:textId="77777777" w:rsidR="00457A8B" w:rsidRDefault="00000000">
            <w:pPr>
              <w:jc w:val="center"/>
            </w:pPr>
            <w:r>
              <w:rPr>
                <w:sz w:val="20"/>
              </w:rPr>
              <w:br/>
            </w:r>
            <w:r>
              <w:rPr>
                <w:sz w:val="20"/>
              </w:rPr>
              <w:br/>
              <w:t>______________________________</w:t>
            </w:r>
          </w:p>
        </w:tc>
      </w:tr>
    </w:tbl>
    <w:p w14:paraId="609CD887" w14:textId="77777777" w:rsidR="00D87FAB" w:rsidRDefault="00D87FAB">
      <w:pPr>
        <w:jc w:val="center"/>
        <w:rPr>
          <w:b/>
          <w:sz w:val="26"/>
        </w:rPr>
      </w:pPr>
    </w:p>
    <w:p w14:paraId="2DF96994" w14:textId="32E1BFE1" w:rsidR="00D87FAB" w:rsidRDefault="00D87FAB">
      <w:pPr>
        <w:rPr>
          <w:b/>
          <w:sz w:val="26"/>
        </w:rPr>
      </w:pPr>
    </w:p>
    <w:sectPr w:rsidR="00D87FAB" w:rsidSect="00034616">
      <w:headerReference w:type="default" r:id="rId8"/>
      <w:footerReference w:type="default" r:id="rId9"/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B1552" w14:textId="77777777" w:rsidR="005421E8" w:rsidRDefault="005421E8" w:rsidP="00D87FAB">
      <w:pPr>
        <w:spacing w:after="0" w:line="240" w:lineRule="auto"/>
      </w:pPr>
      <w:r>
        <w:separator/>
      </w:r>
    </w:p>
  </w:endnote>
  <w:endnote w:type="continuationSeparator" w:id="0">
    <w:p w14:paraId="2A4713BA" w14:textId="77777777" w:rsidR="005421E8" w:rsidRDefault="005421E8" w:rsidP="00D87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4BE66" w14:textId="77777777" w:rsidR="00C52AD0" w:rsidRDefault="00C52AD0" w:rsidP="00C52AD0">
    <w:pPr>
      <w:jc w:val="center"/>
      <w:rPr>
        <w:b/>
        <w:sz w:val="18"/>
        <w:szCs w:val="18"/>
      </w:rPr>
    </w:pPr>
  </w:p>
  <w:p w14:paraId="4E8BA577" w14:textId="4D506CA4" w:rsidR="00C52AD0" w:rsidRPr="00C52AD0" w:rsidRDefault="00C52AD0" w:rsidP="00C52AD0">
    <w:pPr>
      <w:jc w:val="center"/>
      <w:rPr>
        <w:sz w:val="18"/>
        <w:szCs w:val="18"/>
      </w:rPr>
    </w:pPr>
    <w:r w:rsidRPr="00C52AD0">
      <w:rPr>
        <w:b/>
        <w:sz w:val="18"/>
        <w:szCs w:val="18"/>
      </w:rPr>
      <w:t xml:space="preserve">AREA ECONOMICO-FINANZIARIA - UFFICIO TRIBUTI </w:t>
    </w:r>
    <w:r w:rsidRPr="00C52AD0">
      <w:rPr>
        <w:sz w:val="14"/>
        <w:szCs w:val="18"/>
      </w:rPr>
      <w:t>Piazza Umberto I, 14 - 95040 Ramacca (CT)</w:t>
    </w:r>
  </w:p>
  <w:p w14:paraId="41DA7728" w14:textId="77777777" w:rsidR="00D770D0" w:rsidRDefault="00D770D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E9AFC" w14:textId="77777777" w:rsidR="005421E8" w:rsidRDefault="005421E8" w:rsidP="00D87FAB">
      <w:pPr>
        <w:spacing w:after="0" w:line="240" w:lineRule="auto"/>
      </w:pPr>
      <w:r>
        <w:separator/>
      </w:r>
    </w:p>
  </w:footnote>
  <w:footnote w:type="continuationSeparator" w:id="0">
    <w:p w14:paraId="36F4C923" w14:textId="77777777" w:rsidR="005421E8" w:rsidRDefault="005421E8" w:rsidP="00D87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A76BD" w14:textId="77777777" w:rsidR="00D87FAB" w:rsidRDefault="00D87FAB" w:rsidP="00D87FAB">
    <w:pPr>
      <w:jc w:val="center"/>
      <w:rPr>
        <w:b/>
        <w:sz w:val="28"/>
      </w:rPr>
    </w:pPr>
    <w:r>
      <w:rPr>
        <w:noProof/>
        <w:color w:val="000000"/>
        <w:sz w:val="28"/>
        <w:szCs w:val="28"/>
      </w:rPr>
      <w:drawing>
        <wp:inline distT="0" distB="0" distL="0" distR="0" wp14:anchorId="76D26BAF" wp14:editId="0179FD35">
          <wp:extent cx="895350" cy="923925"/>
          <wp:effectExtent l="0" t="0" r="0" b="9525"/>
          <wp:docPr id="117619445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969E9E8" w14:textId="77777777" w:rsidR="00D87FAB" w:rsidRDefault="00D87FAB" w:rsidP="00D87FAB">
    <w:pPr>
      <w:jc w:val="center"/>
    </w:pPr>
    <w:r>
      <w:rPr>
        <w:b/>
        <w:sz w:val="28"/>
      </w:rPr>
      <w:t>COMUNE DI RAMACCA</w:t>
    </w:r>
  </w:p>
  <w:p w14:paraId="2F3F3A6E" w14:textId="77777777" w:rsidR="00D87FAB" w:rsidRDefault="00D87FAB" w:rsidP="00D87FAB">
    <w:pPr>
      <w:jc w:val="center"/>
    </w:pPr>
    <w:r>
      <w:rPr>
        <w:sz w:val="20"/>
      </w:rPr>
      <w:t xml:space="preserve">Città </w:t>
    </w:r>
    <w:proofErr w:type="spellStart"/>
    <w:r>
      <w:rPr>
        <w:sz w:val="20"/>
      </w:rPr>
      <w:t>Metropolitana</w:t>
    </w:r>
    <w:proofErr w:type="spellEnd"/>
    <w:r>
      <w:rPr>
        <w:sz w:val="20"/>
      </w:rPr>
      <w:t xml:space="preserve"> di Catania</w:t>
    </w:r>
  </w:p>
  <w:p w14:paraId="350C8422" w14:textId="77777777" w:rsidR="00D87FAB" w:rsidRDefault="00D87FA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202506">
    <w:abstractNumId w:val="8"/>
  </w:num>
  <w:num w:numId="2" w16cid:durableId="31997992">
    <w:abstractNumId w:val="6"/>
  </w:num>
  <w:num w:numId="3" w16cid:durableId="1230380306">
    <w:abstractNumId w:val="5"/>
  </w:num>
  <w:num w:numId="4" w16cid:durableId="2098482006">
    <w:abstractNumId w:val="4"/>
  </w:num>
  <w:num w:numId="5" w16cid:durableId="671490039">
    <w:abstractNumId w:val="7"/>
  </w:num>
  <w:num w:numId="6" w16cid:durableId="1896163338">
    <w:abstractNumId w:val="3"/>
  </w:num>
  <w:num w:numId="7" w16cid:durableId="1302269540">
    <w:abstractNumId w:val="2"/>
  </w:num>
  <w:num w:numId="8" w16cid:durableId="1727337387">
    <w:abstractNumId w:val="1"/>
  </w:num>
  <w:num w:numId="9" w16cid:durableId="1542983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836F7"/>
    <w:rsid w:val="00457A8B"/>
    <w:rsid w:val="005421E8"/>
    <w:rsid w:val="005A126B"/>
    <w:rsid w:val="00AA1D8D"/>
    <w:rsid w:val="00B47730"/>
    <w:rsid w:val="00C04D17"/>
    <w:rsid w:val="00C52AD0"/>
    <w:rsid w:val="00CB0664"/>
    <w:rsid w:val="00CE192E"/>
    <w:rsid w:val="00D770D0"/>
    <w:rsid w:val="00D87FAB"/>
    <w:rsid w:val="00EE4048"/>
    <w:rsid w:val="00FA080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09C05EB"/>
  <w14:defaultImageDpi w14:val="300"/>
  <w15:docId w15:val="{8BD807A1-9159-417A-97BA-EC2237CF4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mauro</dc:creator>
  <cp:keywords/>
  <dc:description>generated by python-docx</dc:description>
  <cp:lastModifiedBy>maurizio scifo</cp:lastModifiedBy>
  <cp:revision>2</cp:revision>
  <dcterms:created xsi:type="dcterms:W3CDTF">2026-09-23T13:47:00Z</dcterms:created>
  <dcterms:modified xsi:type="dcterms:W3CDTF">2026-09-23T13:47:00Z</dcterms:modified>
  <cp:category/>
</cp:coreProperties>
</file>